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drawing>
          <wp:inline xmlns:a="http://schemas.openxmlformats.org/drawingml/2006/main" xmlns:pic="http://schemas.openxmlformats.org/drawingml/2006/picture">
            <wp:extent cx="1920240" cy="19202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hree-hearts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920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120"/>
        <w:jc w:val="center"/>
      </w:pPr>
      <w:r>
        <w:rPr>
          <w:sz w:val="48"/>
        </w:rPr>
        <w:t>Client Event Profile</w:t>
      </w:r>
    </w:p>
    <w:p>
      <w:pPr>
        <w:spacing w:after="100"/>
        <w:jc w:val="center"/>
      </w:pPr>
      <w:r>
        <w:t>Tell us a little about your celebration. Complete this form and email it to info@threeheartseventsco.ca.</w:t>
      </w:r>
    </w:p>
    <w:p>
      <w:pPr>
        <w:pStyle w:val="Heading1"/>
        <w:spacing w:before="200" w:after="120"/>
        <w:jc w:val="center"/>
      </w:pPr>
      <w:r>
        <w:rPr>
          <w:sz w:val="26"/>
        </w:rPr>
        <w:t>Your details</w:t>
      </w:r>
    </w:p>
    <w:p>
      <w:pPr>
        <w:spacing w:after="100"/>
        <w:jc w:val="center"/>
      </w:pPr>
      <w:r>
        <w:rPr>
          <w:b/>
        </w:rPr>
        <w:t xml:space="preserve">Name  </w:t>
      </w:r>
      <w:r>
        <w:t>________________________________________________________________</w:t>
      </w:r>
    </w:p>
    <w:p>
      <w:pPr>
        <w:spacing w:after="100"/>
        <w:jc w:val="center"/>
      </w:pPr>
      <w:r>
        <w:rPr>
          <w:b/>
        </w:rPr>
        <w:t xml:space="preserve">Email  </w:t>
      </w:r>
      <w:r>
        <w:t>_______________________________________________________________</w:t>
      </w:r>
    </w:p>
    <w:p>
      <w:pPr>
        <w:spacing w:after="100"/>
        <w:jc w:val="center"/>
      </w:pPr>
      <w:r>
        <w:rPr>
          <w:b/>
        </w:rPr>
        <w:t xml:space="preserve">Phone  </w:t>
      </w:r>
      <w:r>
        <w:t>_______________________________________________________________</w:t>
      </w:r>
    </w:p>
    <w:p>
      <w:pPr>
        <w:pStyle w:val="Heading1"/>
        <w:spacing w:before="200" w:after="120"/>
        <w:jc w:val="center"/>
      </w:pPr>
      <w:r>
        <w:rPr>
          <w:sz w:val="26"/>
        </w:rPr>
        <w:t>Your event</w:t>
      </w:r>
    </w:p>
    <w:p>
      <w:pPr>
        <w:spacing w:after="100"/>
        <w:jc w:val="center"/>
      </w:pPr>
      <w:r>
        <w:rPr>
          <w:b/>
        </w:rPr>
        <w:t xml:space="preserve">Event type or occasion  </w:t>
      </w:r>
      <w:r>
        <w:t>______________________________________________</w:t>
      </w:r>
    </w:p>
    <w:p>
      <w:pPr>
        <w:spacing w:after="100"/>
        <w:jc w:val="center"/>
      </w:pPr>
      <w:r>
        <w:rPr>
          <w:b/>
        </w:rPr>
        <w:t xml:space="preserve">Event date  </w:t>
      </w:r>
      <w:r>
        <w:t>__________________________________________________________</w:t>
      </w:r>
    </w:p>
    <w:p>
      <w:pPr>
        <w:spacing w:after="100"/>
        <w:jc w:val="center"/>
      </w:pPr>
      <w:r>
        <w:rPr>
          <w:b/>
        </w:rPr>
        <w:t xml:space="preserve">Start and end time  </w:t>
      </w:r>
      <w:r>
        <w:t>__________________________________________________</w:t>
      </w:r>
    </w:p>
    <w:p>
      <w:pPr>
        <w:spacing w:after="100"/>
        <w:jc w:val="center"/>
      </w:pPr>
      <w:r>
        <w:rPr>
          <w:b/>
        </w:rPr>
        <w:t xml:space="preserve">Venue or preferred location  </w:t>
      </w:r>
      <w:r>
        <w:t>_________________________________________</w:t>
      </w:r>
    </w:p>
    <w:p>
      <w:pPr>
        <w:spacing w:after="100"/>
        <w:jc w:val="center"/>
      </w:pPr>
      <w:r>
        <w:rPr>
          <w:b/>
        </w:rPr>
        <w:t xml:space="preserve">Estimated guest count  </w:t>
      </w:r>
      <w:r>
        <w:t>_______________________________________________</w:t>
      </w:r>
    </w:p>
    <w:p>
      <w:pPr>
        <w:spacing w:after="100"/>
        <w:jc w:val="center"/>
      </w:pPr>
      <w:r>
        <w:rPr>
          <w:b/>
        </w:rPr>
        <w:t xml:space="preserve">Estimated budget  </w:t>
      </w:r>
      <w:r>
        <w:t>____________________________________________________</w:t>
      </w:r>
    </w:p>
    <w:p>
      <w:pPr>
        <w:pStyle w:val="Heading1"/>
        <w:spacing w:before="200" w:after="120"/>
        <w:jc w:val="center"/>
      </w:pPr>
      <w:r>
        <w:rPr>
          <w:sz w:val="26"/>
        </w:rPr>
        <w:t>How we can help</w:t>
      </w:r>
    </w:p>
    <w:p>
      <w:pPr>
        <w:spacing w:after="100"/>
        <w:jc w:val="center"/>
      </w:pPr>
      <w:r>
        <w:rPr>
          <w:b/>
        </w:rPr>
        <w:t xml:space="preserve">Services or coordination needed  </w:t>
      </w:r>
      <w:r>
        <w:t>_____________________________________</w:t>
      </w:r>
    </w:p>
    <w:p>
      <w:pPr>
        <w:spacing w:after="100"/>
        <w:jc w:val="center"/>
      </w:pPr>
      <w:r>
        <w:rPr>
          <w:b/>
        </w:rPr>
        <w:t xml:space="preserve">Theme colours or style  </w:t>
      </w:r>
      <w:r>
        <w:t>______________________________________________</w:t>
      </w:r>
    </w:p>
    <w:p>
      <w:pPr>
        <w:spacing w:after="100"/>
        <w:jc w:val="center"/>
      </w:pPr>
      <w:r>
        <w:rPr>
          <w:b/>
        </w:rPr>
        <w:t xml:space="preserve">Priorities or special requests  </w:t>
      </w:r>
      <w:r>
        <w:t>______________________________________</w:t>
      </w:r>
    </w:p>
    <w:p>
      <w:pPr>
        <w:spacing w:after="100"/>
        <w:jc w:val="center"/>
      </w:pPr>
      <w:r>
        <w:t>______________________________________________________________________</w:t>
      </w:r>
    </w:p>
    <w:p>
      <w:pPr>
        <w:spacing w:before="160" w:after="100"/>
        <w:jc w:val="center"/>
      </w:pPr>
      <w:r>
        <w:rPr>
          <w:color w:val="A94F53"/>
          <w:sz w:val="20"/>
        </w:rPr>
        <w:t>Sandy Ledo  |  604-825-2644  |  info@threeheartseventsco.ca</w:t>
      </w:r>
    </w:p>
    <w:sectPr w:rsidR="00FC693F" w:rsidRPr="0006063C" w:rsidSect="00034616">
      <w:pgSz w:w="12240" w:h="15840"/>
      <w:pgMar w:top="792" w:right="1080" w:bottom="79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Event Profile</dc:title>
  <dc:subject/>
  <dc:creator>Three Hearts Events Co.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